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6CC55" w14:textId="77777777" w:rsidR="004F75A3" w:rsidRDefault="004F75A3">
      <w:pPr>
        <w:pStyle w:val="Titolo"/>
        <w:jc w:val="center"/>
      </w:pPr>
      <w:bookmarkStart w:id="0" w:name="_GoBack"/>
      <w:bookmarkEnd w:id="0"/>
    </w:p>
    <w:p w14:paraId="7EB77F83" w14:textId="77777777" w:rsidR="004F75A3" w:rsidRDefault="004F75A3">
      <w:pPr>
        <w:pStyle w:val="Titolo"/>
        <w:jc w:val="center"/>
      </w:pPr>
    </w:p>
    <w:p w14:paraId="436FD465" w14:textId="2299BB69" w:rsidR="00C5329E" w:rsidRDefault="001C4377">
      <w:pPr>
        <w:pStyle w:val="Titolo"/>
        <w:jc w:val="center"/>
      </w:pPr>
      <w:proofErr w:type="spellStart"/>
      <w:r>
        <w:t>Allegato</w:t>
      </w:r>
      <w:proofErr w:type="spellEnd"/>
      <w:r>
        <w:t xml:space="preserve"> A: </w:t>
      </w:r>
      <w:proofErr w:type="spellStart"/>
      <w:r>
        <w:t>domanda</w:t>
      </w:r>
      <w:proofErr w:type="spellEnd"/>
      <w:r>
        <w:t xml:space="preserve"> di </w:t>
      </w:r>
      <w:proofErr w:type="spellStart"/>
      <w:r>
        <w:t>partecipazione</w:t>
      </w:r>
      <w:proofErr w:type="spellEnd"/>
    </w:p>
    <w:p w14:paraId="343411C4" w14:textId="279DCA32" w:rsidR="00C5329E" w:rsidRDefault="001C4377">
      <w:pPr>
        <w:jc w:val="center"/>
      </w:pPr>
      <w:r>
        <w:t xml:space="preserve">Edizione: ________    Protocollo (uso interno): __________    Data: </w:t>
      </w:r>
    </w:p>
    <w:p w14:paraId="4C9A5555" w14:textId="77777777" w:rsidR="00C5329E" w:rsidRDefault="00C5329E"/>
    <w:p w14:paraId="57C88282" w14:textId="77777777" w:rsidR="00C5329E" w:rsidRDefault="001C4377">
      <w:pPr>
        <w:pStyle w:val="Titolo1"/>
      </w:pPr>
      <w:r>
        <w:t>1: dati dell'associazione/ente</w:t>
      </w:r>
    </w:p>
    <w:p w14:paraId="42438CE5" w14:textId="77777777" w:rsidR="00C5329E" w:rsidRDefault="001C4377">
      <w:r>
        <w:t xml:space="preserve">Denominazione: </w:t>
      </w:r>
      <w:r>
        <w:t>__________________________________________    CF/PI: ____________________________</w:t>
      </w:r>
    </w:p>
    <w:p w14:paraId="3480F499" w14:textId="77777777" w:rsidR="00C5329E" w:rsidRDefault="001C4377">
      <w:r>
        <w:t>Sede legale: _____________________________________________    CAP/Comune: _______________________</w:t>
      </w:r>
    </w:p>
    <w:p w14:paraId="52346F64" w14:textId="77777777" w:rsidR="00C5329E" w:rsidRDefault="001C4377">
      <w:r>
        <w:t>PEC: __________________________________  Telefono: __________________  IBAN:</w:t>
      </w:r>
      <w:r>
        <w:t xml:space="preserve"> ________________________</w:t>
      </w:r>
    </w:p>
    <w:p w14:paraId="40A2390D" w14:textId="77777777" w:rsidR="00C5329E" w:rsidRDefault="00C5329E"/>
    <w:p w14:paraId="2A738CE1" w14:textId="77777777" w:rsidR="00C5329E" w:rsidRDefault="001C4377">
      <w:pPr>
        <w:pStyle w:val="Titolo1"/>
      </w:pPr>
      <w:r>
        <w:t>2: legale rappresentante</w:t>
      </w:r>
    </w:p>
    <w:p w14:paraId="2DF04F75" w14:textId="77777777" w:rsidR="00C5329E" w:rsidRDefault="001C4377">
      <w:r>
        <w:t>Nome e cognome: __________________________________________   CF: ________________________________</w:t>
      </w:r>
    </w:p>
    <w:p w14:paraId="77250C6C" w14:textId="77777777" w:rsidR="00C5329E" w:rsidRDefault="001C4377">
      <w:r>
        <w:t>Documento (tipo/numero): _________________________________   Rilasciato da: _____________________</w:t>
      </w:r>
    </w:p>
    <w:p w14:paraId="635A9207" w14:textId="77777777" w:rsidR="00C5329E" w:rsidRDefault="001C4377">
      <w:r>
        <w:t>Email: _</w:t>
      </w:r>
      <w:r>
        <w:t>_________________________________  Cellulare: _____________________________________________</w:t>
      </w:r>
    </w:p>
    <w:p w14:paraId="24A10E0E" w14:textId="77777777" w:rsidR="00C5329E" w:rsidRDefault="00C5329E"/>
    <w:p w14:paraId="51A4FE0F" w14:textId="77777777" w:rsidR="00C5329E" w:rsidRDefault="001C4377">
      <w:pPr>
        <w:pStyle w:val="Titolo1"/>
      </w:pPr>
      <w:r>
        <w:t>3: responsabile di sfilata (referente operativo)</w:t>
      </w:r>
    </w:p>
    <w:p w14:paraId="41B37086" w14:textId="77777777" w:rsidR="00C5329E" w:rsidRDefault="001C4377">
      <w:r>
        <w:t>Nome e cognome: __________________________________________   Cellulare: _________________________</w:t>
      </w:r>
    </w:p>
    <w:p w14:paraId="1BF08DD0" w14:textId="77777777" w:rsidR="00C5329E" w:rsidRDefault="001C4377">
      <w:r>
        <w:t>Email: _________</w:t>
      </w:r>
      <w:r>
        <w:t>_________________________  Ruolo: _________________________________________________</w:t>
      </w:r>
    </w:p>
    <w:p w14:paraId="767D22D3" w14:textId="77777777" w:rsidR="00C5329E" w:rsidRDefault="00C5329E"/>
    <w:p w14:paraId="39ADF6AF" w14:textId="77777777" w:rsidR="00C5329E" w:rsidRDefault="001C4377">
      <w:pPr>
        <w:pStyle w:val="Titolo1"/>
      </w:pPr>
      <w:r>
        <w:t>4: progetto del carro</w:t>
      </w:r>
    </w:p>
    <w:p w14:paraId="61DD5F21" w14:textId="77777777" w:rsidR="00C5329E" w:rsidRDefault="001C4377">
      <w:r>
        <w:t>Titolo del carro: ______________________________________________________________________________</w:t>
      </w:r>
    </w:p>
    <w:p w14:paraId="049760BD" w14:textId="77777777" w:rsidR="00C5329E" w:rsidRDefault="001C4377">
      <w:r>
        <w:lastRenderedPageBreak/>
        <w:t xml:space="preserve">Tema: </w:t>
      </w:r>
      <w:r>
        <w:t>________________________________________________________________________________________</w:t>
      </w:r>
    </w:p>
    <w:p w14:paraId="3E66EDC7" w14:textId="77777777" w:rsidR="00C5329E" w:rsidRDefault="001C4377">
      <w:r>
        <w:t>Descrizione sintetica (max 700 caratteri):</w:t>
      </w:r>
    </w:p>
    <w:p w14:paraId="0DBCD133" w14:textId="77777777" w:rsidR="00C5329E" w:rsidRDefault="001C4377">
      <w:r>
        <w:t>____________________________________________________________________________________________________</w:t>
      </w:r>
    </w:p>
    <w:p w14:paraId="1FB24634" w14:textId="77777777" w:rsidR="00C5329E" w:rsidRDefault="001C4377">
      <w:r>
        <w:t>_______________________</w:t>
      </w:r>
      <w:r>
        <w:t>_____________________________________________________________________________</w:t>
      </w:r>
    </w:p>
    <w:p w14:paraId="153C06F8" w14:textId="77777777" w:rsidR="00C5329E" w:rsidRDefault="001C4377">
      <w:r>
        <w:t>____________________________________________________________________________________________________</w:t>
      </w:r>
    </w:p>
    <w:p w14:paraId="3AE415E9" w14:textId="77777777" w:rsidR="00C5329E" w:rsidRDefault="00C5329E"/>
    <w:p w14:paraId="5B295FDD" w14:textId="77777777" w:rsidR="00C5329E" w:rsidRDefault="001C4377">
      <w:pPr>
        <w:pStyle w:val="Titolo1"/>
      </w:pPr>
      <w:r>
        <w:t>5: elenco partecipanti e addetti manovra</w:t>
      </w:r>
    </w:p>
    <w:p w14:paraId="5D4F816B" w14:textId="77777777" w:rsidR="00C5329E" w:rsidRDefault="001C4377">
      <w:r>
        <w:t>N. figuranti a bordo: ____    N. fi</w:t>
      </w:r>
      <w:r>
        <w:t>guranti a terra: ____    N. addetti manovra: ____</w:t>
      </w:r>
    </w:p>
    <w:p w14:paraId="4E24C16F" w14:textId="77777777" w:rsidR="00C5329E" w:rsidRDefault="001C4377">
      <w:r>
        <w:t>Elenco nominativi (allega prospetto se necessario):</w:t>
      </w:r>
    </w:p>
    <w:p w14:paraId="731D97D0" w14:textId="77777777" w:rsidR="00C5329E" w:rsidRDefault="001C4377">
      <w:r>
        <w:t>____________________________________________________________________________________________________</w:t>
      </w:r>
    </w:p>
    <w:p w14:paraId="5155F442" w14:textId="77777777" w:rsidR="00C5329E" w:rsidRDefault="001C4377">
      <w:r>
        <w:t>_____________________________________________________</w:t>
      </w:r>
      <w:r>
        <w:t>_______________________________________________</w:t>
      </w:r>
    </w:p>
    <w:p w14:paraId="69885ED1" w14:textId="77777777" w:rsidR="00C5329E" w:rsidRDefault="00C5329E"/>
    <w:p w14:paraId="2FAA65C6" w14:textId="77777777" w:rsidR="00C5329E" w:rsidRDefault="001C4377">
      <w:pPr>
        <w:pStyle w:val="Titolo1"/>
      </w:pPr>
      <w:r>
        <w:t>6: richiesta contributo (se prevista)</w:t>
      </w:r>
    </w:p>
    <w:p w14:paraId="370F1B59" w14:textId="77777777" w:rsidR="00C5329E" w:rsidRDefault="001C4377">
      <w:r>
        <w:t>Budget preventivo per voci (materiali, impianti, costumi, trasporti, noleggi, assicurazione, altri):</w:t>
      </w:r>
    </w:p>
    <w:p w14:paraId="5998E492" w14:textId="77777777" w:rsidR="00C5329E" w:rsidRDefault="001C4377">
      <w:r>
        <w:t>____________________________________________________________________</w:t>
      </w:r>
      <w:r>
        <w:t>________________________________</w:t>
      </w:r>
    </w:p>
    <w:p w14:paraId="59859A91" w14:textId="77777777" w:rsidR="00C5329E" w:rsidRDefault="00C5329E"/>
    <w:p w14:paraId="75878B3B" w14:textId="77777777" w:rsidR="00C5329E" w:rsidRDefault="001C4377">
      <w:pPr>
        <w:pStyle w:val="Titolo1"/>
      </w:pPr>
      <w:r>
        <w:t>7: dichiarazioni (ai sensi del Regolamento: artt. 5, 6, 7, 10)</w:t>
      </w:r>
    </w:p>
    <w:p w14:paraId="6BF55F7A" w14:textId="77777777" w:rsidR="00C5329E" w:rsidRDefault="001C4377">
      <w:r>
        <w:t>[ ] Accetto integralmente il Regolamento del Carnevale Campagnolo e gli atti attuativi.</w:t>
      </w:r>
    </w:p>
    <w:p w14:paraId="3F5CADB4" w14:textId="77777777" w:rsidR="00C5329E" w:rsidRDefault="001C4377">
      <w:r>
        <w:t xml:space="preserve">[ ] Mi impegno a rispettare il Piano della sicurezza e le prescrizioni </w:t>
      </w:r>
      <w:r>
        <w:t>della Polizia Locale.</w:t>
      </w:r>
    </w:p>
    <w:p w14:paraId="618098E5" w14:textId="77777777" w:rsidR="00C5329E" w:rsidRDefault="001C4377">
      <w:r>
        <w:t>[ ] Osserverò il vincolo di esclusività/uscite esterne (art. 6) e chiederò autorizzazione quando dovuta.</w:t>
      </w:r>
    </w:p>
    <w:p w14:paraId="1D768679" w14:textId="77777777" w:rsidR="00C5329E" w:rsidRDefault="001C4377">
      <w:r>
        <w:t>[ ] Dichiaro la veridicità dei dati e allego la documentazione richiesta (art. 5).</w:t>
      </w:r>
    </w:p>
    <w:p w14:paraId="67119E68" w14:textId="77777777" w:rsidR="00C5329E" w:rsidRDefault="001C4377">
      <w:r>
        <w:t>[ ] Autorizzo il trattamento dei dati personal</w:t>
      </w:r>
      <w:r>
        <w:t>i ai sensi della normativa vigente.</w:t>
      </w:r>
    </w:p>
    <w:p w14:paraId="29F6DC71" w14:textId="77777777" w:rsidR="00C5329E" w:rsidRDefault="001C4377">
      <w:r>
        <w:lastRenderedPageBreak/>
        <w:t>[ ] Manleva dell’ente per fatti imputabili all’associazione (art. 7, c. 5).</w:t>
      </w:r>
    </w:p>
    <w:p w14:paraId="7E739AA9" w14:textId="77777777" w:rsidR="00C5329E" w:rsidRDefault="00C5329E"/>
    <w:p w14:paraId="34014DC4" w14:textId="77777777" w:rsidR="00C5329E" w:rsidRDefault="001C4377">
      <w:pPr>
        <w:pStyle w:val="Titolo1"/>
      </w:pPr>
      <w:r>
        <w:t>8: allegati obbligatori</w:t>
      </w:r>
    </w:p>
    <w:p w14:paraId="31112229" w14:textId="77777777" w:rsidR="00C5329E" w:rsidRDefault="001C4377">
      <w:r>
        <w:t>[ ] Atto costitutivo e statuto</w:t>
      </w:r>
    </w:p>
    <w:p w14:paraId="79583D15" w14:textId="77777777" w:rsidR="00C5329E" w:rsidRDefault="001C4377">
      <w:r>
        <w:t>[ ] Bozzetto/foto del carro</w:t>
      </w:r>
    </w:p>
    <w:p w14:paraId="492C45B1" w14:textId="77777777" w:rsidR="00C5329E" w:rsidRDefault="001C4377">
      <w:r>
        <w:t>[ ] Scheda tecnica del carro (Allegato B)</w:t>
      </w:r>
    </w:p>
    <w:p w14:paraId="427A62E7" w14:textId="77777777" w:rsidR="00C5329E" w:rsidRDefault="001C4377">
      <w:r>
        <w:t xml:space="preserve">[ ] Polizza RC (o </w:t>
      </w:r>
      <w:r>
        <w:t>impegno a produrla entro il termine fissato)</w:t>
      </w:r>
    </w:p>
    <w:p w14:paraId="6C311C52" w14:textId="77777777" w:rsidR="00C5329E" w:rsidRDefault="001C4377">
      <w:r>
        <w:t>[ ] Documento del legale rappresentante</w:t>
      </w:r>
    </w:p>
    <w:p w14:paraId="33185EEA" w14:textId="77777777" w:rsidR="00C5329E" w:rsidRDefault="00C5329E"/>
    <w:p w14:paraId="48FE0ADA" w14:textId="77777777" w:rsidR="00C5329E" w:rsidRDefault="001C4377">
      <w:r>
        <w:br/>
        <w:t>Luogo e data: _____________________________    Firma LR: _____________________________</w:t>
      </w:r>
    </w:p>
    <w:p w14:paraId="54F330D9" w14:textId="77777777" w:rsidR="00C5329E" w:rsidRDefault="001C4377">
      <w:r>
        <w:rPr>
          <w:i/>
        </w:rPr>
        <w:t xml:space="preserve">Note: compilare in stampatello leggibile. Il Comune potrà richiedere integrazioni </w:t>
      </w:r>
      <w:r>
        <w:rPr>
          <w:i/>
        </w:rPr>
        <w:t>documentali (art. 5, c. 3).</w:t>
      </w:r>
    </w:p>
    <w:sectPr w:rsidR="00C5329E" w:rsidSect="004F75A3">
      <w:headerReference w:type="first" r:id="rId8"/>
      <w:footerReference w:type="first" r:id="rId9"/>
      <w:pgSz w:w="12240" w:h="15840"/>
      <w:pgMar w:top="1020" w:right="1134" w:bottom="102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F9605" w14:textId="77777777" w:rsidR="00272AFB" w:rsidRDefault="00272AFB">
      <w:pPr>
        <w:spacing w:after="0" w:line="240" w:lineRule="auto"/>
      </w:pPr>
      <w:r>
        <w:separator/>
      </w:r>
    </w:p>
  </w:endnote>
  <w:endnote w:type="continuationSeparator" w:id="0">
    <w:p w14:paraId="21B894AE" w14:textId="77777777" w:rsidR="00272AFB" w:rsidRDefault="00272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B987B" w14:textId="2A8211DC" w:rsidR="004F75A3" w:rsidRDefault="004F75A3">
    <w:pPr>
      <w:pStyle w:val="Pidipagina"/>
      <w:jc w:val="right"/>
    </w:pPr>
  </w:p>
  <w:p w14:paraId="631A6543" w14:textId="77777777" w:rsidR="004F75A3" w:rsidRDefault="004F75A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65739" w14:textId="77777777" w:rsidR="00272AFB" w:rsidRDefault="00272AFB">
      <w:pPr>
        <w:spacing w:after="0" w:line="240" w:lineRule="auto"/>
      </w:pPr>
      <w:r>
        <w:separator/>
      </w:r>
    </w:p>
  </w:footnote>
  <w:footnote w:type="continuationSeparator" w:id="0">
    <w:p w14:paraId="441A1A78" w14:textId="77777777" w:rsidR="00272AFB" w:rsidRDefault="00272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9E8AC" w14:textId="02C8F813" w:rsidR="004F75A3" w:rsidRPr="004F75A3" w:rsidRDefault="004F75A3" w:rsidP="004F75A3">
    <w:pPr>
      <w:pStyle w:val="Intestazione"/>
      <w:jc w:val="center"/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32853975" wp14:editId="15ACE62D">
          <wp:simplePos x="0" y="0"/>
          <wp:positionH relativeFrom="column">
            <wp:posOffset>-477074</wp:posOffset>
          </wp:positionH>
          <wp:positionV relativeFrom="paragraph">
            <wp:posOffset>-350322</wp:posOffset>
          </wp:positionV>
          <wp:extent cx="498764" cy="665018"/>
          <wp:effectExtent l="0" t="0" r="0" b="1905"/>
          <wp:wrapTight wrapText="bothSides">
            <wp:wrapPolygon edited="0">
              <wp:start x="4953" y="0"/>
              <wp:lineTo x="0" y="8046"/>
              <wp:lineTo x="0" y="16092"/>
              <wp:lineTo x="4953" y="21043"/>
              <wp:lineTo x="15684" y="21043"/>
              <wp:lineTo x="20637" y="16092"/>
              <wp:lineTo x="20637" y="3095"/>
              <wp:lineTo x="14859" y="0"/>
              <wp:lineTo x="4953" y="0"/>
            </wp:wrapPolygon>
          </wp:wrapTight>
          <wp:docPr id="166746880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764" cy="6650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 w:rsidRPr="004F75A3">
      <w:rPr>
        <w:sz w:val="32"/>
        <w:szCs w:val="32"/>
      </w:rPr>
      <w:t>Comune</w:t>
    </w:r>
    <w:proofErr w:type="spellEnd"/>
    <w:r w:rsidRPr="004F75A3">
      <w:rPr>
        <w:sz w:val="32"/>
        <w:szCs w:val="32"/>
      </w:rPr>
      <w:t xml:space="preserve"> di Santi </w:t>
    </w:r>
    <w:proofErr w:type="spellStart"/>
    <w:r w:rsidRPr="004F75A3">
      <w:rPr>
        <w:sz w:val="32"/>
        <w:szCs w:val="32"/>
      </w:rPr>
      <w:t>Cosma</w:t>
    </w:r>
    <w:proofErr w:type="spellEnd"/>
    <w:r w:rsidRPr="004F75A3">
      <w:rPr>
        <w:sz w:val="32"/>
        <w:szCs w:val="32"/>
      </w:rPr>
      <w:t xml:space="preserve"> e Damiano – Carnevale Campagnolo</w:t>
    </w:r>
  </w:p>
  <w:p w14:paraId="03B987C7" w14:textId="77777777" w:rsidR="004F75A3" w:rsidRDefault="004F75A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4377"/>
    <w:rsid w:val="00272AFB"/>
    <w:rsid w:val="0029639D"/>
    <w:rsid w:val="00326F90"/>
    <w:rsid w:val="004F75A3"/>
    <w:rsid w:val="00935E29"/>
    <w:rsid w:val="00AA1D8D"/>
    <w:rsid w:val="00B47730"/>
    <w:rsid w:val="00C5329E"/>
    <w:rsid w:val="00CB0664"/>
    <w:rsid w:val="00F42ED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30B03D"/>
  <w14:defaultImageDpi w14:val="300"/>
  <w15:docId w15:val="{C32C74B6-8D9A-4107-B334-E0671E822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C693F"/>
    <w:rPr>
      <w:rFonts w:ascii="Calibri" w:hAnsi="Calibri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1DE2148-A0B1-4790-BC08-276E60F7F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Annamaria Di Stefano</cp:lastModifiedBy>
  <cp:revision>2</cp:revision>
  <cp:lastPrinted>2025-09-23T10:01:00Z</cp:lastPrinted>
  <dcterms:created xsi:type="dcterms:W3CDTF">2025-09-23T10:02:00Z</dcterms:created>
  <dcterms:modified xsi:type="dcterms:W3CDTF">2025-09-23T10:02:00Z</dcterms:modified>
  <cp:category/>
</cp:coreProperties>
</file>