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81C974" w14:textId="77777777" w:rsidR="0043631E" w:rsidRDefault="008D708F">
      <w:pPr>
        <w:pStyle w:val="Titolo"/>
        <w:jc w:val="center"/>
      </w:pPr>
      <w:bookmarkStart w:id="0" w:name="_GoBack"/>
      <w:bookmarkEnd w:id="0"/>
      <w:r>
        <w:t>Allegato B: scheda tecnica del carro</w:t>
      </w:r>
    </w:p>
    <w:p w14:paraId="7B1A44E9" w14:textId="77777777" w:rsidR="0043631E" w:rsidRDefault="008D708F">
      <w:pPr>
        <w:jc w:val="center"/>
      </w:pPr>
      <w:r>
        <w:t>Edizione: ________    Data: 18/09/2025</w:t>
      </w:r>
    </w:p>
    <w:p w14:paraId="39D29807" w14:textId="77777777" w:rsidR="0043631E" w:rsidRDefault="0043631E"/>
    <w:p w14:paraId="5F1F2845" w14:textId="77777777" w:rsidR="0043631E" w:rsidRDefault="008D708F">
      <w:pPr>
        <w:pStyle w:val="Titolo1"/>
      </w:pPr>
      <w:r>
        <w:t>1: dati dell'associazione/ente</w:t>
      </w:r>
    </w:p>
    <w:p w14:paraId="4958D634" w14:textId="77777777" w:rsidR="0043631E" w:rsidRDefault="008D708F">
      <w:r>
        <w:t>Denominazione: __________________________________________    CF/PI: ____________________________</w:t>
      </w:r>
    </w:p>
    <w:p w14:paraId="701E5B62" w14:textId="77777777" w:rsidR="0043631E" w:rsidRDefault="008D708F">
      <w:r>
        <w:t xml:space="preserve">Responsabile tecnico: </w:t>
      </w:r>
      <w:r>
        <w:t>____________________________________   Cellulare: _________________________</w:t>
      </w:r>
    </w:p>
    <w:p w14:paraId="57A4BE47" w14:textId="77777777" w:rsidR="0043631E" w:rsidRDefault="008D708F">
      <w:r>
        <w:t>Email: __________________________________</w:t>
      </w:r>
    </w:p>
    <w:p w14:paraId="66249769" w14:textId="77777777" w:rsidR="0043631E" w:rsidRDefault="0043631E"/>
    <w:p w14:paraId="24D18D62" w14:textId="77777777" w:rsidR="0043631E" w:rsidRDefault="008D708F">
      <w:pPr>
        <w:pStyle w:val="Titolo1"/>
      </w:pPr>
      <w:r>
        <w:t>2: identificazione del carro</w:t>
      </w:r>
    </w:p>
    <w:p w14:paraId="1629B435" w14:textId="77777777" w:rsidR="0043631E" w:rsidRDefault="008D708F">
      <w:r>
        <w:t>Titolo del carro: ______________________________________________________________________________</w:t>
      </w:r>
    </w:p>
    <w:p w14:paraId="58F3134B" w14:textId="77777777" w:rsidR="0043631E" w:rsidRDefault="008D708F">
      <w:r>
        <w:t>Luogo di al</w:t>
      </w:r>
      <w:r>
        <w:t>lestimento: _________________________________________________________________________</w:t>
      </w:r>
    </w:p>
    <w:p w14:paraId="00380D60" w14:textId="77777777" w:rsidR="0043631E" w:rsidRDefault="0043631E"/>
    <w:p w14:paraId="0165C949" w14:textId="77777777" w:rsidR="0043631E" w:rsidRDefault="008D708F">
      <w:pPr>
        <w:pStyle w:val="Titolo1"/>
      </w:pPr>
      <w:r>
        <w:t>3: dimensioni e masse</w:t>
      </w:r>
    </w:p>
    <w:p w14:paraId="38E7ABD8" w14:textId="77777777" w:rsidR="0043631E" w:rsidRDefault="008D708F">
      <w:r>
        <w:t>Lunghezza (m): ______  Larghezza (m): ______  Altezza (m): ______  Peso stimato (kg): ____________</w:t>
      </w:r>
    </w:p>
    <w:p w14:paraId="2AB859C5" w14:textId="77777777" w:rsidR="0043631E" w:rsidRDefault="0043631E"/>
    <w:p w14:paraId="7D58A09F" w14:textId="77777777" w:rsidR="0043631E" w:rsidRDefault="008D708F">
      <w:pPr>
        <w:pStyle w:val="Titolo1"/>
      </w:pPr>
      <w:r>
        <w:t>4: veicoli e traini</w:t>
      </w:r>
    </w:p>
    <w:p w14:paraId="4C16ED98" w14:textId="77777777" w:rsidR="0043631E" w:rsidRDefault="008D708F">
      <w:r>
        <w:t>Motrice: tipo/modello _____</w:t>
      </w:r>
      <w:r>
        <w:t>____________________  Targa/ID ____________________  Conducente: ________</w:t>
      </w:r>
    </w:p>
    <w:p w14:paraId="26A5C78C" w14:textId="77777777" w:rsidR="0043631E" w:rsidRDefault="008D708F">
      <w:r>
        <w:t>Rimorchio/piattaforma: tipo ____________________  Targa/ID ____________________</w:t>
      </w:r>
    </w:p>
    <w:p w14:paraId="40E50BD8" w14:textId="77777777" w:rsidR="0043631E" w:rsidRDefault="0043631E"/>
    <w:p w14:paraId="2E0429F9" w14:textId="77777777" w:rsidR="0043631E" w:rsidRDefault="008D708F">
      <w:pPr>
        <w:pStyle w:val="Titolo1"/>
      </w:pPr>
      <w:r>
        <w:t>5: impianti e dotazioni</w:t>
      </w:r>
    </w:p>
    <w:p w14:paraId="70CAFA63" w14:textId="77777777" w:rsidR="0043631E" w:rsidRDefault="008D708F">
      <w:r>
        <w:t>[ ] Impianto elettrico a bordo     [ ] Gruppo elettrogeno (kVA: ___)</w:t>
      </w:r>
    </w:p>
    <w:p w14:paraId="35F4AC5D" w14:textId="77777777" w:rsidR="0043631E" w:rsidRDefault="008D708F">
      <w:r>
        <w:t>[ ] Impi</w:t>
      </w:r>
      <w:r>
        <w:t>anto audio                  [ ] Luci sceniche</w:t>
      </w:r>
    </w:p>
    <w:p w14:paraId="06854421" w14:textId="77777777" w:rsidR="0043631E" w:rsidRDefault="008D708F">
      <w:r>
        <w:t>[ ] Effetti speciali (tipo): _________________________________________________________________</w:t>
      </w:r>
    </w:p>
    <w:p w14:paraId="41935F62" w14:textId="77777777" w:rsidR="0043631E" w:rsidRDefault="008D708F">
      <w:r>
        <w:lastRenderedPageBreak/>
        <w:t>[ ] Estintori n. ____  tipologia ________   [ ] Cassetta pronto soccorso</w:t>
      </w:r>
    </w:p>
    <w:p w14:paraId="4DBF11AF" w14:textId="77777777" w:rsidR="0043631E" w:rsidRDefault="0043631E"/>
    <w:p w14:paraId="361653AC" w14:textId="77777777" w:rsidR="0043631E" w:rsidRDefault="008D708F">
      <w:pPr>
        <w:pStyle w:val="Titolo1"/>
      </w:pPr>
      <w:r>
        <w:t>6: parti in movimento e protezioni</w:t>
      </w:r>
    </w:p>
    <w:p w14:paraId="1194B2F2" w14:textId="77777777" w:rsidR="0043631E" w:rsidRDefault="008D708F">
      <w:r>
        <w:t>Presen</w:t>
      </w:r>
      <w:r>
        <w:t>za parti in movimento:  [ ] sì   [ ] no     Descrizione protezioni: ___________________________</w:t>
      </w:r>
    </w:p>
    <w:p w14:paraId="10A1B001" w14:textId="77777777" w:rsidR="0043631E" w:rsidRDefault="008D708F">
      <w:r>
        <w:t>Velocità/escursione elementi mobili e sistemi di blocco: __________________________________________</w:t>
      </w:r>
    </w:p>
    <w:p w14:paraId="25E9D1C9" w14:textId="77777777" w:rsidR="0043631E" w:rsidRDefault="0043631E"/>
    <w:p w14:paraId="1621C112" w14:textId="77777777" w:rsidR="0043631E" w:rsidRDefault="008D708F">
      <w:pPr>
        <w:pStyle w:val="Titolo1"/>
      </w:pPr>
      <w:r>
        <w:t>7: personale</w:t>
      </w:r>
    </w:p>
    <w:p w14:paraId="27F89A18" w14:textId="77777777" w:rsidR="0043631E" w:rsidRDefault="008D708F">
      <w:r>
        <w:t xml:space="preserve">N. figuranti a bordo: ____    N. figuranti a </w:t>
      </w:r>
      <w:r>
        <w:t>terra: ____    N. addetti manovra: ____</w:t>
      </w:r>
    </w:p>
    <w:p w14:paraId="073C5A4C" w14:textId="77777777" w:rsidR="0043631E" w:rsidRDefault="008D708F">
      <w:r>
        <w:t>Addetti segnalazione/marshalling: n. ____   DPI previsti: _________________________________________</w:t>
      </w:r>
    </w:p>
    <w:p w14:paraId="3160C557" w14:textId="77777777" w:rsidR="0043631E" w:rsidRDefault="0043631E"/>
    <w:p w14:paraId="687F6921" w14:textId="77777777" w:rsidR="0043631E" w:rsidRDefault="008D708F">
      <w:pPr>
        <w:pStyle w:val="Titolo1"/>
      </w:pPr>
      <w:r>
        <w:t>8: sicurezza e collaudo (art. 7)</w:t>
      </w:r>
    </w:p>
    <w:p w14:paraId="7AF0FE9C" w14:textId="77777777" w:rsidR="0043631E" w:rsidRDefault="008D708F">
      <w:r>
        <w:t>Tecnico abilitato: ____________________________________  Ordine/Collegio n.: _____</w:t>
      </w:r>
      <w:r>
        <w:t>_________________</w:t>
      </w:r>
    </w:p>
    <w:p w14:paraId="0A64AEE5" w14:textId="77777777" w:rsidR="0043631E" w:rsidRDefault="008D708F">
      <w:r>
        <w:t>Esito verifica statica/funzionale del ____/____/______     Note: ___________________________________</w:t>
      </w:r>
    </w:p>
    <w:p w14:paraId="5396435C" w14:textId="77777777" w:rsidR="0043631E" w:rsidRDefault="0043631E"/>
    <w:p w14:paraId="46A2F4CB" w14:textId="77777777" w:rsidR="0043631E" w:rsidRDefault="008D708F">
      <w:pPr>
        <w:pStyle w:val="Titolo1"/>
      </w:pPr>
      <w:r>
        <w:t>9: assicurazione (art. 7, c. 4)</w:t>
      </w:r>
    </w:p>
    <w:p w14:paraId="7495D773" w14:textId="77777777" w:rsidR="0043631E" w:rsidRDefault="008D708F">
      <w:r>
        <w:t>Copertura RC: [ ] polizza cumulativa Comune   [ ] polizza propria  Compagnia: ______________________</w:t>
      </w:r>
    </w:p>
    <w:p w14:paraId="33775076" w14:textId="77777777" w:rsidR="0043631E" w:rsidRDefault="008D708F">
      <w:r>
        <w:t xml:space="preserve">N. </w:t>
      </w:r>
      <w:r>
        <w:t>polizza: _______________________   Scadenza: ____/____/______   Massimali: ______________________</w:t>
      </w:r>
    </w:p>
    <w:p w14:paraId="0356981C" w14:textId="77777777" w:rsidR="0043631E" w:rsidRDefault="0043631E"/>
    <w:p w14:paraId="2C162A76" w14:textId="77777777" w:rsidR="0043631E" w:rsidRDefault="008D708F">
      <w:pPr>
        <w:pStyle w:val="Titolo1"/>
      </w:pPr>
      <w:r>
        <w:t>10: sopralluogo</w:t>
      </w:r>
    </w:p>
    <w:p w14:paraId="6967C4DC" w14:textId="77777777" w:rsidR="0043631E" w:rsidRDefault="008D708F">
      <w:r>
        <w:t>Contatto in allestimento: __________________________  Cell.: __________________  Orari disponibili: ____</w:t>
      </w:r>
    </w:p>
    <w:p w14:paraId="4CF81D83" w14:textId="77777777" w:rsidR="0043631E" w:rsidRDefault="0043631E"/>
    <w:p w14:paraId="65911283" w14:textId="77777777" w:rsidR="0043631E" w:rsidRDefault="008D708F">
      <w:pPr>
        <w:pStyle w:val="Titolo1"/>
      </w:pPr>
      <w:r>
        <w:t>11: dichiarazione finale</w:t>
      </w:r>
    </w:p>
    <w:p w14:paraId="09802953" w14:textId="77777777" w:rsidR="0043631E" w:rsidRDefault="008D708F">
      <w:r>
        <w:t>Dichiaro l</w:t>
      </w:r>
      <w:r>
        <w:t>a conformità del carro alle prescrizioni del Regolamento e del Piano della sicurezza.</w:t>
      </w:r>
    </w:p>
    <w:p w14:paraId="14BE00B0" w14:textId="77777777" w:rsidR="0043631E" w:rsidRDefault="0043631E"/>
    <w:p w14:paraId="582D27DE" w14:textId="77777777" w:rsidR="0043631E" w:rsidRDefault="008D708F">
      <w:r>
        <w:br/>
        <w:t>Luogo e data: _____________________________    Firma LR: _____________________________</w:t>
      </w:r>
    </w:p>
    <w:p w14:paraId="575F57DF" w14:textId="77777777" w:rsidR="0043631E" w:rsidRDefault="008D708F">
      <w:r>
        <w:rPr>
          <w:i/>
        </w:rPr>
        <w:lastRenderedPageBreak/>
        <w:t>Note: allegare relazione tecnica firmata da tecnico abilitato, ove previsto.</w:t>
      </w:r>
    </w:p>
    <w:sectPr w:rsidR="0043631E" w:rsidSect="00EF05E0">
      <w:headerReference w:type="first" r:id="rId8"/>
      <w:pgSz w:w="12240" w:h="15840"/>
      <w:pgMar w:top="1020" w:right="1134" w:bottom="102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533F50" w14:textId="77777777" w:rsidR="00607E11" w:rsidRDefault="00607E11">
      <w:pPr>
        <w:spacing w:after="0" w:line="240" w:lineRule="auto"/>
      </w:pPr>
      <w:r>
        <w:separator/>
      </w:r>
    </w:p>
  </w:endnote>
  <w:endnote w:type="continuationSeparator" w:id="0">
    <w:p w14:paraId="50C7655D" w14:textId="77777777" w:rsidR="00607E11" w:rsidRDefault="00607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036518" w14:textId="77777777" w:rsidR="00607E11" w:rsidRDefault="00607E11">
      <w:pPr>
        <w:spacing w:after="0" w:line="240" w:lineRule="auto"/>
      </w:pPr>
      <w:r>
        <w:separator/>
      </w:r>
    </w:p>
  </w:footnote>
  <w:footnote w:type="continuationSeparator" w:id="0">
    <w:p w14:paraId="01ECBA81" w14:textId="77777777" w:rsidR="00607E11" w:rsidRDefault="00607E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D5AD1" w14:textId="77777777" w:rsidR="00EF05E0" w:rsidRDefault="00EF05E0" w:rsidP="00EF05E0">
    <w:pPr>
      <w:pStyle w:val="Intestazione"/>
      <w:jc w:val="center"/>
    </w:pPr>
    <w:proofErr w:type="spellStart"/>
    <w:r>
      <w:t>Comune</w:t>
    </w:r>
    <w:proofErr w:type="spellEnd"/>
    <w:r>
      <w:t xml:space="preserve"> di Santi </w:t>
    </w:r>
    <w:proofErr w:type="spellStart"/>
    <w:r>
      <w:t>Cosma</w:t>
    </w:r>
    <w:proofErr w:type="spellEnd"/>
    <w:r>
      <w:t xml:space="preserve"> e Damiano – Carnevale Campagnolo</w:t>
    </w:r>
  </w:p>
  <w:p w14:paraId="7DFD790A" w14:textId="77777777" w:rsidR="00EF05E0" w:rsidRDefault="00EF05E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3631E"/>
    <w:rsid w:val="00607E11"/>
    <w:rsid w:val="00892DE6"/>
    <w:rsid w:val="008D708F"/>
    <w:rsid w:val="00935E29"/>
    <w:rsid w:val="00AA1D8D"/>
    <w:rsid w:val="00B47730"/>
    <w:rsid w:val="00CB0664"/>
    <w:rsid w:val="00EF05E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C3C7C8"/>
  <w14:defaultImageDpi w14:val="300"/>
  <w15:docId w15:val="{C32C74B6-8D9A-4107-B334-E0671E822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C693F"/>
    <w:rPr>
      <w:rFonts w:ascii="Calibri" w:hAnsi="Calibri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3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0364A8D-3FD0-42CE-A30C-C03916EBF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377</Words>
  <Characters>2149</Characters>
  <Application>Microsoft Office Word</Application>
  <DocSecurity>0</DocSecurity>
  <Lines>17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2521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Annamaria Di Stefano</cp:lastModifiedBy>
  <cp:revision>2</cp:revision>
  <cp:lastPrinted>2025-09-23T10:02:00Z</cp:lastPrinted>
  <dcterms:created xsi:type="dcterms:W3CDTF">2025-09-23T10:03:00Z</dcterms:created>
  <dcterms:modified xsi:type="dcterms:W3CDTF">2025-09-23T10:03:00Z</dcterms:modified>
  <cp:category/>
</cp:coreProperties>
</file>